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📜 מבחן והכנה – מבוא להיסטוריה, ימי הביניים והנצרות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 אני? – דמויות מימי הביניים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הדמויות והתפקידים המרכזיים בחברה הפיאודלית בימי הביניים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דמות לפי רמזים על תפקידה וחובותיה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מערכת היחסים בין בעלי התפקידים השונים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מי אני? – זיהוי לפי רמז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אביר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צמית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נזיר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אפיפיור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קיסר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ווסל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א – אומן בגילדה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תפקידו העיקרי של האביר.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הצמית קשור לאדמה ואינו חופשי לעזוב.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האפיפיור עומד בראש הכנסייה הקתולית בכל אירופה.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הבסיס של מערכת היחסים הפיאודלית.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נזירים הקדישו את חייהם לדת והתגוררו במנזרים.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אומנים התאגדו בגילדות כדי לשמור על רמת המקצוע ולסייע זה לזה.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ווסל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אפיפיור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אביר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גילדה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נזיר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דמות לתיאור תפקידה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(לוחם רכוב על סוס שמגן על האדון)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(איכר הקשור לאדמת האדון)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(גר במנזר ומעתיק ספרים)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(עומד בראש הכנסייה הקתולית)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(שליט עליון של ממלכה גדולה)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(בעל מקצוע המאוגד עם חברים למקצוע בעיר)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לפי מעמד – מהגבוה לנמוך בסולם הפיאודלי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קיסר או מלך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אציל גדול (אדון)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אביר (ווסל קטן)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צמית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יוצרת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כותב/ת שלושה רמזים נכונים ומדויקים המתארים את תפקיד הדמות, חובותיה ומקומה בחברה הפיאודלית, מהכללי לפרטני.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אביר לוחם למען האדון, צמית עובד אדמה ואינו חופשי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ווסל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דתי: נזיר או אפיפיור; שלטוני: קיסר או אביר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בכיתה גרסת 'מי אני?' בעל פה לפני מילוי הדף, כדי לחבר בין המשחק לתרגול הכתוב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הקשר בין התפקידים – מי נותן אדמה למי ומי חייב נאמנות למי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הסדר, אפשר לצייר על הלוח פירמידה פיאודלית ולמלא אותה יחד עם התלמידים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📜 מבחן והכנה – מבוא להיסטוריה, ימי הביניים והנצרות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 אני? – דמויות מימי הביניים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במשחק 'מי אני?' מנחשים דמות מימי הביניים לפי רמזים על תפקידה בחברה. הדף הזה מתרגל את אותן דמויות: אביר, צמית, נזיר, אפיפיור, קיסר, ווסל ואומן בגילדה.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מי אני? – זיהוי לפי רמז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אני חייב לבוא לעזרת האדון שלי כשהוא יוצא למלחמה. מי אני?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אביר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נזיר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אפיפיור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אני עובד על אדמת האדון כל חיי ולא יכול לעזוב אותה. מי אני?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אומן בגילדה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קיסר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ווסל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אני חי במנזר, מתפלל ומעתיק ספרים. מי אני?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נזיר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אביר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קיסר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אפיפיור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אני ראש הכנסייה הקתולית בכל אירופה. מי אני?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קיסר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אפיפיור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ווסל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אביר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אני השליט העליון של ממלכה גדולה ונלחם להרחבת שטחי. מי אני?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קיסר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נזיר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אומן בגילדה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קיבלתי אדמה מהאדון שלי, ובתמורה אני נאמן לו ועוזר לו. מי אני?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ווסל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אפיפיור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נזיר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אני חבר בארגון מקצועי בעיר, ולומד את המקצוע שנים רבות. מי אני?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אומן בגילדה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אביר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קיסר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צמית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אביר נלחם עבור האדון שלו ברכיבה על סוס.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צמית יכול לעזוב את האדמה מתי שהוא רוצה.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האפיפיור הוא שליט של ממלכה אחת בלבד.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ווסל מקבל אדמה מהאדון בתמורה לנאמנות ושירות.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נזיר חי במנזר ומתרחק מחיי החברה הרגילים.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אומן בגילדה עובד לבדו בלי שום ארגון.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מקבל אדמה מהאדון שלו תמורת נאמנות ושירות במלחמה.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עובד על אדמת האדון ואינו רשאי לעזוב אותה.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הוא ראש הכנסייה הקתולית.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נלחם רכוב על סוס למען האדון שלו.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אומנים בעיר התאגדו יחד במסגרת שנקראת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ה__________ חי במנזר ומקדיש את חייו לדת.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דמות לתיאור תפקידה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אביר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שליט עליון של ממלכה גדולה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צמית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בעל מקצוע המאוגד עם חברים למקצוע בעיר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נזיר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עומד בראש הכנסייה הקתולית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אפיפיור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גר במנזר ומעתיק ספרים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קיסר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איכר הקשור לאדמת האדון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אומן בגילדה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לוחם רכוב על סוס שמגן על האדון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לפי מעמד – מהגבוה לנמוך בסולם הפיאודלי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צמית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אביר (ווסל קטן)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קיסר או מלך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אציל גדול (אדון)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יוצרת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אחת מהדמויות שלמדתם עליהן (אביר, צמית, נזיר, אפיפיור, קיסר, ווסל או אומן בגילדה) וכתבו שלושה רמזים משלכם עליה, מהקשה לקל, כמו במשחק 'מי אני?'.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אביר לצמית?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מקבל אדמה בתמורה לנאמנות ושירות?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לתפקיד דתי ותפקיד שלטוני בימי הביניים.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 אני? – דמויות מימי הביניים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