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והתפקידים המרכזיים בחברה הפיאודלית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 לפי רמזים על תפקידה וחובותיה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מערכת היחסים בין בעלי התפקידים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אני? – זיהוי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קיסר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אומן בגילדה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העיקרי של האביר.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הצמית קשור לאדמה ואינו חופשי לעזוב.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האפיפיור עומד בראש הכנסייה הקתולית בכל 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הבסיס של מערכת היחסים הפיאודלית.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נזירים הקדישו את חייהם לדת והתגוררו במנזרים.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אומנים התאגדו בגילדות כדי לשמור על רמת המקצוע ולסייע זה לזה.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(לוחם רכוב על סוס שמגן על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(איכר הקשור לאדמת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(גר במנזר ומעתיק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(עומד בראש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(שליט עליון של ממלכה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(בעל מקצוע המאוגד עם חברים למקצוע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מעמד – מהגבוה לנמוך בסולם הפיאודלי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קיסר או 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אציל גדול (אדון)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אביר (ווסל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שלושה רמזים נכונים ומדויקים המתארים את תפקיד הדמות, חובותיה ומקומה בחברה הפיאודלית, מהכללי לפרטני.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אביר לוחם למען האדון, צמית עובד אדמה ואינו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ווסל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דתי: נזיר או אפיפיור; שלטוני: קיסר או אביר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גרסת 'מי אני?' בעל פה לפני מילוי הדף, כדי לחבר בין המשחק לתרגול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התפקידים – מי נותן אדמה למי ומי חייב נאמנות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לצייר על הלוח פירמידה פיאודלית ולמלא אותה יחד עם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אנשים שחיו בימי הביניים. לכל אחד היה תפקיד שונה בחברה. צריך לנחש מי הוא לפי רמזים.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לוחם רכוב על סוס שנלחם למען האדון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איכר שעובד על אדמת האדון ולא יכול לעזוב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שחי במנזר ומקדיש את חייו 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 עליון ששולט על ממלכה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ווסל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שקיבל אדמה מאדון תמורת נאמנות ושירות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התאגדות של אומנים מאותו מקצוע בעיר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חברתית שבה נותנים אדמה תמורת שירות ונאמנות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אני? – זיהוי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 לאדון שלו במלחמה?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עובד על האדמה ולא יכול לעזוב?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גר במנזר ומעתיק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הראש של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השליט הכי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קיבל אדמה בתמורה לנאמנות?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לומד מקצוע בעיר ומצטרף לארגון?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 נלחם עבור האדון שלו ברכיבה על 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יכול לעזוב את האדמה מתי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הוא שליט של ממלכה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ווסל מקבל אדמה מהאדון בתמורה לנאמנות ושירות.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נזיר חי במנזר ומתרחק מחיי החברה הרגילים.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אומן בגילדה עובד לבדו בלי שום ארגון.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מקבל אדמה מהאדון שלו תמורת נאמנות ושירות במלחמה.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עובד על אדמת האדון ואינו רשאי לעזוב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ראש הכנסייה הקתולית.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נלחם רכוב על סוס למען האדון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אומנים בעיר התאגדו יחד במסגרת שנקראת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חי במנזר ומקדיש את חייו לדת.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שליט עליון של ממלכה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לוחם רכוב על סוס שמגן על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איכר הקשור לאדמת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מקצוע המאוגד עם חברים למקצוע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 בראש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אומן בגילדה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גר במנזר ומעתיק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מעמד – מהגבוה לנמוך בסולם הפיאודלי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 (ווסל קטן)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אציל גדול (אדון)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 או מלך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מהדמויות שלמדתם עליהן (אביר, צמית, נזיר, אפיפיור, קיסר, ווסל או אומן בגילדה) וכתבו שלושה רמזים משלכם עליה, מהקשה לקל, כמו במשחק 'מי אני?'.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אביר לצמית?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מקבל אדמה בתמורה לנאמנות ושירות?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לתפקיד דתי ותפקיד שלטוני בימי הביניים.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– דמויות מימי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