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אני? – דמויות מימי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הדמויות והתפקידים המרכזיים בחברה הפיאודלית בימי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דמות לפי רמזים על תפקידה וחובותיה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מערכת היחסים בין בעלי התפקידים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אני? – זיהוי לפי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אפיפיור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תפקידו העיקרי של האביר.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הצמית קשור לאדמה ואינו חופשי לעזוב.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הבסיס של מערכת היחסים הפיאודלית.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ווסל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לתיאור תפקידה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(לוחם רכוב על סוס שמגן על האדון)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(איכר הקשור לאדמת האדון)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(גר במנזר ומעתיק 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(עומד בראש הכנסייה הקתולית)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מעמד – מהגבוה לנמוך בסולם הפיאודלי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קיסר או מלך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אציל גדול (אדון)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אביר (ווסל 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שלושה רמזים נכונים ומדויקים המתארים את תפקיד הדמות, חובותיה ומקומה בחברה הפיאודלית, מהכללי לפרטני.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אביר לוחם למען האדון, צמית עובד אדמה ואינו חופשי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ווסל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דתי: נזיר או אפיפיור; שלטוני: קיסר או אביר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גרסת 'מי אני?' בעל פה לפני מילוי הדף, כדי לחבר בין המשחק לתרגול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התפקידים – מי נותן אדמה למי ומי חייב נאמנות 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הסדר, אפשר לצייר על הלוח פירמידה פיאודלית ולמלא אותה יחד עם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אני? – דמויות מימי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'מי אני?' מנחשים דמות מימי הביניים לפי רמזים על תפקידה בחברה. הדף הזה מתרגל את אותן דמויות: אביר, צמית, נזיר, אפיפיור, קיסר, ווסל ואומן בגילדה.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ווסל  ·  אביר  ·  אפיפיור  ·  צמית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אני? – זיהוי לפי רמז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אני חייב לבוא לעזרת האדון שלי כשהוא יוצא למלחמה. מי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אני עובד על אדמת האדון כל חיי ולא יכול לעזוב אותה. מי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אומן בגילדה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אני ראש הכנסייה הקתולית בכל אירופה. מי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ווסל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אביר נלחם עבור האדון שלו ברכיבה על סוס.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צמית יכול לעזוב את האדמה מתי שהוא רוצה.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ווסל מקבל אדמה מהאדון בתמורה לנאמנות ושירות.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מקבל אדמה מהאדון שלו תמורת נאמנות ושירות במלחמה.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עובד על אדמת האדון ואינו רשאי לעזוב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הוא ראש הכנסייה הקתולית.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ה__________ נלחם רכוב על סוס למען האדון שלו.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דמות לתיאור תפקידה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איכר הקשור לאדמת האדון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גר במנזר ומעתיק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נזיר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עומד בראש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לוחם רכוב על סוס שמגן על האדון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מעמד – מהגבוה לנמוך בסולם הפיאודלי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אביר (ווסל קטן)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קיסר או מלך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אציל גדול (אדון)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מהדמויות שלמדתם עליהן (אביר, צמית, נזיר, אפיפיור, קיסר, ווסל או אומן בגילדה) וכתבו שלושה רמזים משלכם עליה, מהקשה לקל, כמו במשחק 'מי אני?'.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אביר לצמית?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מקבל אדמה בתמורה לנאמנות ושירות?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אני? – דמויות מימי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